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9AA7A" w14:textId="77777777" w:rsidR="00392870" w:rsidRDefault="00392870">
      <w:pPr>
        <w:pStyle w:val="Title"/>
      </w:pPr>
    </w:p>
    <w:p w14:paraId="0E7FF99F" w14:textId="600988CF" w:rsidR="005619D6" w:rsidRDefault="001512DE">
      <w:pPr>
        <w:pStyle w:val="Title"/>
      </w:pPr>
      <w:r>
        <w:t xml:space="preserve">Climate Repair Student Grants: </w:t>
      </w:r>
      <w:r w:rsidR="00CA4068">
        <w:t>p</w:t>
      </w:r>
      <w:r w:rsidR="00591E93">
        <w:t xml:space="preserve">roject </w:t>
      </w:r>
      <w:r w:rsidR="00CA4068">
        <w:t>p</w:t>
      </w:r>
      <w:r w:rsidR="00591E93">
        <w:t>rogress report</w:t>
      </w:r>
    </w:p>
    <w:p w14:paraId="5E980514" w14:textId="796AD9FC" w:rsidR="005619D6" w:rsidRDefault="00591E93">
      <w:pPr>
        <w:pStyle w:val="Subtitle"/>
      </w:pPr>
      <w:r>
        <w:rPr>
          <w:color w:val="647074"/>
        </w:rPr>
        <w:t xml:space="preserve">For submission alongside instalment </w:t>
      </w:r>
      <w:r w:rsidR="001512DE">
        <w:rPr>
          <w:color w:val="647074"/>
        </w:rPr>
        <w:t>receipt</w:t>
      </w:r>
      <w:r>
        <w:rPr>
          <w:color w:val="647074"/>
        </w:rPr>
        <w:t xml:space="preserve"> </w:t>
      </w:r>
      <w:r w:rsidR="00392870">
        <w:rPr>
          <w:color w:val="647074"/>
        </w:rPr>
        <w:t>form</w:t>
      </w:r>
    </w:p>
    <w:p w14:paraId="0907BE14" w14:textId="32DAC016" w:rsidR="005619D6" w:rsidRDefault="00591E93">
      <w:pPr>
        <w:spacing w:after="240"/>
      </w:pPr>
      <w:r>
        <w:t>Complete this report when submitting receipts showing full use of an instalment. Keep responses concise and refer to the targets and evaluation plan in your approved application.</w:t>
      </w:r>
    </w:p>
    <w:p w14:paraId="7047EF37" w14:textId="446CE243" w:rsidR="005619D6" w:rsidRDefault="00591E93" w:rsidP="00631DA6">
      <w:pPr>
        <w:pStyle w:val="Heading1"/>
      </w:pPr>
      <w:r>
        <w:t>1</w:t>
      </w:r>
      <w:r w:rsidR="007E77B2">
        <w:t>. Project</w:t>
      </w:r>
      <w:r>
        <w:t xml:space="preserve"> details</w:t>
      </w:r>
    </w:p>
    <w:p w14:paraId="12B1177B" w14:textId="77777777" w:rsidR="005619D6" w:rsidRDefault="00591E93">
      <w:pPr>
        <w:spacing w:before="60"/>
      </w:pPr>
      <w:r>
        <w:rPr>
          <w:b/>
        </w:rPr>
        <w:t>Lead applicant / group name:</w:t>
      </w:r>
    </w:p>
    <w:p w14:paraId="2EDE7EF6" w14:textId="77777777" w:rsidR="005619D6" w:rsidRDefault="00591E93">
      <w:pPr>
        <w:spacing w:after="40"/>
      </w:pPr>
      <w:r>
        <w:t>________________________________________________________________________________</w:t>
      </w:r>
    </w:p>
    <w:p w14:paraId="28B95C77" w14:textId="77777777" w:rsidR="005619D6" w:rsidRDefault="00591E93">
      <w:pPr>
        <w:spacing w:before="60"/>
      </w:pPr>
      <w:r>
        <w:rPr>
          <w:b/>
        </w:rPr>
        <w:t>Email address:</w:t>
      </w:r>
    </w:p>
    <w:p w14:paraId="6A1D0470" w14:textId="77777777" w:rsidR="005619D6" w:rsidRDefault="00591E93">
      <w:pPr>
        <w:spacing w:after="40"/>
      </w:pPr>
      <w:r>
        <w:t>________________________________________________________________________________</w:t>
      </w:r>
    </w:p>
    <w:p w14:paraId="76403A44" w14:textId="77777777" w:rsidR="005619D6" w:rsidRDefault="00591E93">
      <w:pPr>
        <w:spacing w:before="60"/>
      </w:pPr>
      <w:r>
        <w:rPr>
          <w:b/>
        </w:rPr>
        <w:t>Reporting stage:  ☐ First instalment spent   ☐ Second instalment spent   ☐ Other / final-stage update</w:t>
      </w:r>
    </w:p>
    <w:p w14:paraId="19082D07" w14:textId="7E806086" w:rsidR="005619D6" w:rsidRDefault="00591E93">
      <w:pPr>
        <w:spacing w:after="40"/>
      </w:pPr>
      <w:r>
        <w:t>________________________________________________________________________________</w:t>
      </w:r>
    </w:p>
    <w:p w14:paraId="69B435CA" w14:textId="77777777" w:rsidR="005619D6" w:rsidRDefault="00591E93">
      <w:pPr>
        <w:spacing w:before="60"/>
      </w:pPr>
      <w:r>
        <w:rPr>
          <w:b/>
        </w:rPr>
        <w:t>Reporting period (from – to):</w:t>
      </w:r>
    </w:p>
    <w:p w14:paraId="418074D4" w14:textId="77777777" w:rsidR="005619D6" w:rsidRDefault="00591E93">
      <w:pPr>
        <w:spacing w:after="40"/>
      </w:pPr>
      <w:r>
        <w:t>________________________________________________________________________________</w:t>
      </w:r>
    </w:p>
    <w:p w14:paraId="780EB8D0" w14:textId="048B6D5A" w:rsidR="005619D6" w:rsidRDefault="00591E93">
      <w:pPr>
        <w:pStyle w:val="Heading1"/>
      </w:pPr>
      <w:r>
        <w:t>2</w:t>
      </w:r>
      <w:r w:rsidR="007E77B2">
        <w:t>. Progress</w:t>
      </w:r>
      <w:r>
        <w:t xml:space="preserve"> against your plan</w:t>
      </w:r>
    </w:p>
    <w:p w14:paraId="67D4EE8F" w14:textId="080792F2" w:rsidR="005619D6" w:rsidRDefault="00591E93">
      <w:pPr>
        <w:spacing w:before="60"/>
      </w:pPr>
      <w:r>
        <w:rPr>
          <w:b/>
        </w:rPr>
        <w:t>What have you done during this reporting period? Include key activities and any outputs produced. (</w:t>
      </w:r>
      <w:r w:rsidR="00392870">
        <w:rPr>
          <w:b/>
        </w:rPr>
        <w:t>Max</w:t>
      </w:r>
      <w:r>
        <w:rPr>
          <w:b/>
        </w:rPr>
        <w:t xml:space="preserve">. </w:t>
      </w:r>
      <w:r w:rsidR="00392870">
        <w:rPr>
          <w:b/>
        </w:rPr>
        <w:t>200</w:t>
      </w:r>
      <w:r>
        <w:rPr>
          <w:b/>
        </w:rPr>
        <w:t xml:space="preserve"> words)</w:t>
      </w:r>
    </w:p>
    <w:p w14:paraId="18E5A1D6" w14:textId="486211F6" w:rsidR="007E77B2" w:rsidRDefault="007E77B2">
      <w:pPr>
        <w:spacing w:after="40"/>
      </w:pPr>
      <w:proofErr w:type="gramStart"/>
      <w:r>
        <w:t>Answer</w:t>
      </w:r>
      <w:proofErr w:type="gramEnd"/>
      <w:r>
        <w:t xml:space="preserve"> here:</w:t>
      </w:r>
    </w:p>
    <w:p w14:paraId="6D76C531" w14:textId="1BBAFA68" w:rsidR="005619D6" w:rsidRDefault="00591E93">
      <w:pPr>
        <w:spacing w:before="60"/>
        <w:rPr>
          <w:b/>
        </w:rPr>
      </w:pPr>
      <w:r>
        <w:rPr>
          <w:b/>
        </w:rPr>
        <w:t>What progress have you made towards the objectives and milestones in your original application</w:t>
      </w:r>
      <w:r w:rsidR="00392870">
        <w:rPr>
          <w:b/>
        </w:rPr>
        <w:t>?</w:t>
      </w:r>
      <w:r>
        <w:rPr>
          <w:b/>
        </w:rPr>
        <w:t xml:space="preserve"> (</w:t>
      </w:r>
      <w:r w:rsidR="00392870">
        <w:rPr>
          <w:b/>
        </w:rPr>
        <w:t>Max</w:t>
      </w:r>
      <w:r>
        <w:rPr>
          <w:b/>
        </w:rPr>
        <w:t xml:space="preserve">. </w:t>
      </w:r>
      <w:r w:rsidR="00392870">
        <w:rPr>
          <w:b/>
        </w:rPr>
        <w:t>200</w:t>
      </w:r>
      <w:r>
        <w:rPr>
          <w:b/>
        </w:rPr>
        <w:t xml:space="preserve"> words)</w:t>
      </w:r>
    </w:p>
    <w:p w14:paraId="0B4ABB62" w14:textId="554EF074" w:rsidR="007E77B2" w:rsidRDefault="007E77B2" w:rsidP="007E77B2">
      <w:pPr>
        <w:spacing w:after="40"/>
      </w:pPr>
      <w:proofErr w:type="gramStart"/>
      <w:r>
        <w:t>Answer</w:t>
      </w:r>
      <w:proofErr w:type="gramEnd"/>
      <w:r>
        <w:t xml:space="preserve"> here:</w:t>
      </w:r>
    </w:p>
    <w:p w14:paraId="7E319AD2" w14:textId="5361059E" w:rsidR="005619D6" w:rsidRDefault="00591E93">
      <w:pPr>
        <w:pStyle w:val="Heading1"/>
      </w:pPr>
      <w:r>
        <w:t>3</w:t>
      </w:r>
      <w:r w:rsidR="007E77B2">
        <w:t xml:space="preserve">. </w:t>
      </w:r>
      <w:r>
        <w:t>Early results and evaluation</w:t>
      </w:r>
    </w:p>
    <w:p w14:paraId="500D5D44" w14:textId="073722DD" w:rsidR="005619D6" w:rsidRDefault="00591E93">
      <w:pPr>
        <w:spacing w:before="60"/>
        <w:rPr>
          <w:b/>
        </w:rPr>
      </w:pPr>
      <w:r>
        <w:rPr>
          <w:b/>
        </w:rPr>
        <w:t xml:space="preserve">What results or impacts can you report so far? How have you measured them, using your proposed evaluation plan? If </w:t>
      </w:r>
      <w:proofErr w:type="gramStart"/>
      <w:r>
        <w:rPr>
          <w:b/>
        </w:rPr>
        <w:t>too</w:t>
      </w:r>
      <w:proofErr w:type="gramEnd"/>
      <w:r>
        <w:rPr>
          <w:b/>
        </w:rPr>
        <w:t xml:space="preserve"> early to assess, explain what you will measure next. (</w:t>
      </w:r>
      <w:r w:rsidR="00392870">
        <w:rPr>
          <w:b/>
        </w:rPr>
        <w:t>Max</w:t>
      </w:r>
      <w:r>
        <w:rPr>
          <w:b/>
        </w:rPr>
        <w:t xml:space="preserve">. </w:t>
      </w:r>
      <w:r w:rsidR="00392870">
        <w:rPr>
          <w:b/>
        </w:rPr>
        <w:t>200</w:t>
      </w:r>
      <w:r>
        <w:rPr>
          <w:b/>
        </w:rPr>
        <w:t xml:space="preserve"> words)</w:t>
      </w:r>
    </w:p>
    <w:p w14:paraId="4381F4B6" w14:textId="0E0C2876" w:rsidR="007E77B2" w:rsidRPr="007E77B2" w:rsidRDefault="007E77B2">
      <w:pPr>
        <w:spacing w:before="60"/>
        <w:rPr>
          <w:bCs/>
        </w:rPr>
      </w:pPr>
      <w:proofErr w:type="gramStart"/>
      <w:r w:rsidRPr="007E77B2">
        <w:rPr>
          <w:bCs/>
        </w:rPr>
        <w:t>Answer</w:t>
      </w:r>
      <w:proofErr w:type="gramEnd"/>
      <w:r w:rsidRPr="007E77B2">
        <w:rPr>
          <w:bCs/>
        </w:rPr>
        <w:t xml:space="preserve"> here:</w:t>
      </w:r>
    </w:p>
    <w:p w14:paraId="201248A9" w14:textId="77777777" w:rsidR="00C475F8" w:rsidRDefault="00C475F8">
      <w:pPr>
        <w:pStyle w:val="Heading1"/>
      </w:pPr>
    </w:p>
    <w:p w14:paraId="2EC9131C" w14:textId="59D01DC1" w:rsidR="005619D6" w:rsidRDefault="007E77B2">
      <w:pPr>
        <w:pStyle w:val="Heading1"/>
      </w:pPr>
      <w:r>
        <w:t>4 Challenges</w:t>
      </w:r>
      <w:r w:rsidR="00591E93">
        <w:t xml:space="preserve"> and next steps</w:t>
      </w:r>
    </w:p>
    <w:p w14:paraId="53131597" w14:textId="7FE25CAE" w:rsidR="005619D6" w:rsidRDefault="00591E93" w:rsidP="007E77B2">
      <w:pPr>
        <w:spacing w:before="60"/>
        <w:rPr>
          <w:b/>
        </w:rPr>
      </w:pPr>
      <w:r>
        <w:rPr>
          <w:b/>
        </w:rPr>
        <w:t>Have there been any significant delays, changes or challenges? How are you addressing them? If none, write “None”.</w:t>
      </w:r>
    </w:p>
    <w:p w14:paraId="71A401C9" w14:textId="24E2F836" w:rsidR="007E77B2" w:rsidRDefault="007E77B2" w:rsidP="007E77B2">
      <w:pPr>
        <w:spacing w:before="60"/>
      </w:pPr>
      <w:proofErr w:type="gramStart"/>
      <w:r w:rsidRPr="007E77B2">
        <w:t>Answer</w:t>
      </w:r>
      <w:proofErr w:type="gramEnd"/>
      <w:r w:rsidRPr="007E77B2">
        <w:t xml:space="preserve"> here:</w:t>
      </w:r>
    </w:p>
    <w:p w14:paraId="1E3021B1" w14:textId="77777777" w:rsidR="005619D6" w:rsidRDefault="00591E93">
      <w:pPr>
        <w:spacing w:before="60"/>
      </w:pPr>
      <w:r>
        <w:rPr>
          <w:b/>
        </w:rPr>
        <w:t>What are the next main activities and expected completion dates?</w:t>
      </w:r>
    </w:p>
    <w:p w14:paraId="364FE64D" w14:textId="03EC879F" w:rsidR="005619D6" w:rsidRDefault="00591E93" w:rsidP="00392870">
      <w:pPr>
        <w:pStyle w:val="Heading1"/>
        <w:tabs>
          <w:tab w:val="left" w:pos="3113"/>
        </w:tabs>
      </w:pPr>
      <w:r>
        <w:t>5</w:t>
      </w:r>
      <w:r w:rsidR="007E77B2">
        <w:t>.</w:t>
      </w:r>
      <w:r>
        <w:t xml:space="preserve"> Grant expenditure</w:t>
      </w:r>
      <w:r w:rsidR="00392870">
        <w:tab/>
      </w:r>
    </w:p>
    <w:p w14:paraId="1E5E9238" w14:textId="104C7626" w:rsidR="005619D6" w:rsidRDefault="00591E93" w:rsidP="007E77B2">
      <w:pPr>
        <w:spacing w:before="60"/>
        <w:rPr>
          <w:b/>
        </w:rPr>
      </w:pPr>
      <w:r>
        <w:rPr>
          <w:b/>
        </w:rPr>
        <w:t>If the instalment has not been fully spent, explain the</w:t>
      </w:r>
      <w:r w:rsidR="007E77B2">
        <w:rPr>
          <w:b/>
        </w:rPr>
        <w:t xml:space="preserve"> remaining</w:t>
      </w:r>
      <w:r>
        <w:rPr>
          <w:b/>
        </w:rPr>
        <w:t xml:space="preserve"> balance </w:t>
      </w:r>
    </w:p>
    <w:p w14:paraId="1AF53463" w14:textId="63F47791" w:rsidR="007E77B2" w:rsidRPr="007E77B2" w:rsidRDefault="007E77B2" w:rsidP="007E77B2">
      <w:pPr>
        <w:spacing w:before="60"/>
        <w:rPr>
          <w:bCs/>
        </w:rPr>
      </w:pPr>
      <w:proofErr w:type="gramStart"/>
      <w:r>
        <w:rPr>
          <w:bCs/>
        </w:rPr>
        <w:t>Answer</w:t>
      </w:r>
      <w:proofErr w:type="gramEnd"/>
      <w:r>
        <w:rPr>
          <w:bCs/>
        </w:rPr>
        <w:t xml:space="preserve"> here:</w:t>
      </w:r>
    </w:p>
    <w:p w14:paraId="2D1C3C45" w14:textId="0DFAAEE3" w:rsidR="005619D6" w:rsidRDefault="00591E93">
      <w:pPr>
        <w:pStyle w:val="Heading1"/>
      </w:pPr>
      <w:r>
        <w:t>6</w:t>
      </w:r>
      <w:r w:rsidR="007E77B2">
        <w:t>.</w:t>
      </w:r>
      <w:r>
        <w:t xml:space="preserve"> Supporting material and confirmation</w:t>
      </w:r>
    </w:p>
    <w:p w14:paraId="2F40F94F" w14:textId="77777777" w:rsidR="005619D6" w:rsidRDefault="00591E93">
      <w:pPr>
        <w:spacing w:before="60"/>
        <w:rPr>
          <w:b/>
        </w:rPr>
      </w:pPr>
      <w:r>
        <w:rPr>
          <w:b/>
        </w:rPr>
        <w:t>Links or attachments showing progress (optional):</w:t>
      </w:r>
    </w:p>
    <w:p w14:paraId="6AA92829" w14:textId="37351424" w:rsidR="005619D6" w:rsidRPr="00392870" w:rsidRDefault="00392870" w:rsidP="00392870">
      <w:pPr>
        <w:spacing w:before="60"/>
        <w:rPr>
          <w:bCs/>
        </w:rPr>
      </w:pPr>
      <w:proofErr w:type="gramStart"/>
      <w:r w:rsidRPr="00392870">
        <w:rPr>
          <w:bCs/>
        </w:rPr>
        <w:t>Answer</w:t>
      </w:r>
      <w:proofErr w:type="gramEnd"/>
      <w:r w:rsidRPr="00392870">
        <w:rPr>
          <w:bCs/>
        </w:rPr>
        <w:t xml:space="preserve"> here:</w:t>
      </w:r>
    </w:p>
    <w:p w14:paraId="76768C46" w14:textId="77777777" w:rsidR="005619D6" w:rsidRDefault="00591E93">
      <w:pPr>
        <w:spacing w:before="60"/>
      </w:pPr>
      <w:r>
        <w:rPr>
          <w:b/>
        </w:rPr>
        <w:t>Completed by:                                      Date:</w:t>
      </w:r>
    </w:p>
    <w:p w14:paraId="3CF06266" w14:textId="77777777" w:rsidR="005619D6" w:rsidRDefault="00591E93">
      <w:pPr>
        <w:spacing w:after="40"/>
      </w:pPr>
      <w:r>
        <w:t>________________________________________________________________________________</w:t>
      </w:r>
    </w:p>
    <w:p w14:paraId="6CFBBE64" w14:textId="32573824" w:rsidR="005619D6" w:rsidRDefault="00116C91">
      <w:sdt>
        <w:sdtPr>
          <w:id w:val="871886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7B2">
            <w:rPr>
              <w:rFonts w:ascii="MS Gothic" w:eastAsia="MS Gothic" w:hAnsi="MS Gothic" w:hint="eastAsia"/>
            </w:rPr>
            <w:t>☐</w:t>
          </w:r>
        </w:sdtContent>
      </w:sdt>
      <w:r w:rsidR="00591E93">
        <w:t xml:space="preserve"> I confirm that this report is accurate to the best of my knowledge and that expenditure records and supporting receipts have been submitted as required.</w:t>
      </w:r>
    </w:p>
    <w:sectPr w:rsidR="005619D6" w:rsidSect="00034616">
      <w:headerReference w:type="default" r:id="rId11"/>
      <w:footerReference w:type="default" r:id="rId12"/>
      <w:pgSz w:w="12240" w:h="15840"/>
      <w:pgMar w:top="1123" w:right="1224" w:bottom="100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0A456" w14:textId="77777777" w:rsidR="00116C91" w:rsidRDefault="00116C91">
      <w:pPr>
        <w:spacing w:after="0" w:line="240" w:lineRule="auto"/>
      </w:pPr>
      <w:r>
        <w:separator/>
      </w:r>
    </w:p>
  </w:endnote>
  <w:endnote w:type="continuationSeparator" w:id="0">
    <w:p w14:paraId="682503E9" w14:textId="77777777" w:rsidR="00116C91" w:rsidRDefault="00116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FE3CB" w14:textId="0C5FE7CC" w:rsidR="005619D6" w:rsidRDefault="00591E93">
    <w:pPr>
      <w:pStyle w:val="Footer"/>
      <w:jc w:val="right"/>
    </w:pPr>
    <w:r>
      <w:rPr>
        <w:sz w:val="16"/>
      </w:rPr>
      <w:t>Climate Repair Student Grants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F0E20" w14:textId="77777777" w:rsidR="00116C91" w:rsidRDefault="00116C91">
      <w:pPr>
        <w:spacing w:after="0" w:line="240" w:lineRule="auto"/>
      </w:pPr>
      <w:r>
        <w:separator/>
      </w:r>
    </w:p>
  </w:footnote>
  <w:footnote w:type="continuationSeparator" w:id="0">
    <w:p w14:paraId="6ACB3CD0" w14:textId="77777777" w:rsidR="00116C91" w:rsidRDefault="00116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5E37C" w14:textId="7C1D0622" w:rsidR="005619D6" w:rsidRDefault="00392870">
    <w:pPr>
      <w:pStyle w:val="Caption"/>
    </w:pPr>
    <w:r>
      <w:rPr>
        <w:rStyle w:val="HeaderChar"/>
        <w:noProof/>
      </w:rPr>
      <w:drawing>
        <wp:anchor distT="0" distB="0" distL="114300" distR="114300" simplePos="0" relativeHeight="251658240" behindDoc="1" locked="0" layoutInCell="1" allowOverlap="1" wp14:anchorId="68B4E8A8" wp14:editId="47BB6BA2">
          <wp:simplePos x="0" y="0"/>
          <wp:positionH relativeFrom="column">
            <wp:posOffset>235585</wp:posOffset>
          </wp:positionH>
          <wp:positionV relativeFrom="paragraph">
            <wp:posOffset>-21590</wp:posOffset>
          </wp:positionV>
          <wp:extent cx="5730875" cy="658495"/>
          <wp:effectExtent l="0" t="0" r="3175" b="8255"/>
          <wp:wrapTight wrapText="bothSides">
            <wp:wrapPolygon edited="0">
              <wp:start x="0" y="0"/>
              <wp:lineTo x="0" y="21246"/>
              <wp:lineTo x="21540" y="21246"/>
              <wp:lineTo x="21540" y="0"/>
              <wp:lineTo x="0" y="0"/>
            </wp:wrapPolygon>
          </wp:wrapTight>
          <wp:docPr id="19291691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8903720">
    <w:abstractNumId w:val="8"/>
  </w:num>
  <w:num w:numId="2" w16cid:durableId="1188758056">
    <w:abstractNumId w:val="6"/>
  </w:num>
  <w:num w:numId="3" w16cid:durableId="1133597236">
    <w:abstractNumId w:val="5"/>
  </w:num>
  <w:num w:numId="4" w16cid:durableId="317652995">
    <w:abstractNumId w:val="4"/>
  </w:num>
  <w:num w:numId="5" w16cid:durableId="1789003565">
    <w:abstractNumId w:val="7"/>
  </w:num>
  <w:num w:numId="6" w16cid:durableId="2096853567">
    <w:abstractNumId w:val="3"/>
  </w:num>
  <w:num w:numId="7" w16cid:durableId="1958947137">
    <w:abstractNumId w:val="2"/>
  </w:num>
  <w:num w:numId="8" w16cid:durableId="718633821">
    <w:abstractNumId w:val="1"/>
  </w:num>
  <w:num w:numId="9" w16cid:durableId="754127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6C91"/>
    <w:rsid w:val="0015074B"/>
    <w:rsid w:val="001512DE"/>
    <w:rsid w:val="00190C99"/>
    <w:rsid w:val="0029639D"/>
    <w:rsid w:val="00326F90"/>
    <w:rsid w:val="00392870"/>
    <w:rsid w:val="005619D6"/>
    <w:rsid w:val="00591E93"/>
    <w:rsid w:val="00631DA6"/>
    <w:rsid w:val="006A1A32"/>
    <w:rsid w:val="006B7558"/>
    <w:rsid w:val="007B398A"/>
    <w:rsid w:val="007B517C"/>
    <w:rsid w:val="007E77B2"/>
    <w:rsid w:val="008D142E"/>
    <w:rsid w:val="009B66ED"/>
    <w:rsid w:val="00AA1D8D"/>
    <w:rsid w:val="00B47730"/>
    <w:rsid w:val="00BB553B"/>
    <w:rsid w:val="00C475F8"/>
    <w:rsid w:val="00CA4068"/>
    <w:rsid w:val="00CB0664"/>
    <w:rsid w:val="00D03CEE"/>
    <w:rsid w:val="00E30F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A0577B"/>
  <w14:defaultImageDpi w14:val="300"/>
  <w15:docId w15:val="{A1BEF78F-7B42-4A60-80EA-808FC1D6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23323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793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793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7937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EEE0D39C0714D99E757748E52BD63" ma:contentTypeVersion="19" ma:contentTypeDescription="Create a new document." ma:contentTypeScope="" ma:versionID="83315e6f820343fb91df015aaa14c3f9">
  <xsd:schema xmlns:xsd="http://www.w3.org/2001/XMLSchema" xmlns:xs="http://www.w3.org/2001/XMLSchema" xmlns:p="http://schemas.microsoft.com/office/2006/metadata/properties" xmlns:ns2="9b881568-ee70-4d20-83ce-190fdae9cf6e" xmlns:ns3="7b493266-076a-41c4-bd77-4ee58c792723" xmlns:ns4="218dbad4-2118-41ee-9448-bd55955aff23" targetNamespace="http://schemas.microsoft.com/office/2006/metadata/properties" ma:root="true" ma:fieldsID="b910c3ea002518db65d9b359d078f993" ns2:_="" ns3:_="" ns4:_="">
    <xsd:import namespace="9b881568-ee70-4d20-83ce-190fdae9cf6e"/>
    <xsd:import namespace="7b493266-076a-41c4-bd77-4ee58c792723"/>
    <xsd:import namespace="218dbad4-2118-41ee-9448-bd55955aff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81568-ee70-4d20-83ce-190fdae9cf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93266-076a-41c4-bd77-4ee58c7927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dbad4-2118-41ee-9448-bd55955aff2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602a1ea-f281-471a-b20d-0e019fa9ec82}" ma:internalName="TaxCatchAll" ma:showField="CatchAllData" ma:web="218dbad4-2118-41ee-9448-bd55955af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881568-ee70-4d20-83ce-190fdae9cf6e">
      <Terms xmlns="http://schemas.microsoft.com/office/infopath/2007/PartnerControls"/>
    </lcf76f155ced4ddcb4097134ff3c332f>
    <TaxCatchAll xmlns="218dbad4-2118-41ee-9448-bd55955aff2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419244-698E-4BDA-B3A9-D682AF7AE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881568-ee70-4d20-83ce-190fdae9cf6e"/>
    <ds:schemaRef ds:uri="7b493266-076a-41c4-bd77-4ee58c792723"/>
    <ds:schemaRef ds:uri="218dbad4-2118-41ee-9448-bd55955aff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FB4061-9D51-4812-AF20-7807725B93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75D43-498B-404F-942E-5C47624CE8BE}">
  <ds:schemaRefs>
    <ds:schemaRef ds:uri="http://schemas.microsoft.com/office/2006/metadata/properties"/>
    <ds:schemaRef ds:uri="http://schemas.microsoft.com/office/infopath/2007/PartnerControls"/>
    <ds:schemaRef ds:uri="9b881568-ee70-4d20-83ce-190fdae9cf6e"/>
    <ds:schemaRef ds:uri="218dbad4-2118-41ee-9448-bd55955aff23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Calum Steer</cp:lastModifiedBy>
  <cp:revision>10</cp:revision>
  <dcterms:created xsi:type="dcterms:W3CDTF">2026-10-12T14:54:00Z</dcterms:created>
  <dcterms:modified xsi:type="dcterms:W3CDTF">2026-10-12T15:21:00Z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0x010100C09EEE0D39C0714D99E757748E52BD63</vt:lpwstr>
  </property>
  <property fmtid="{D5CDD505-2E9C-101B-9397-08002B2CF9AE}" pid="3" name="MediaServiceImageTags">
    <vt:lpwstr/>
  </property>
</Properties>
</file>